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B280A" w14:textId="77777777" w:rsidR="00B93EAB" w:rsidRDefault="00000000">
      <w:pPr>
        <w:pStyle w:val="Title"/>
        <w:spacing w:after="60"/>
        <w:jc w:val="center"/>
      </w:pPr>
      <w:r>
        <w:rPr>
          <w:rFonts w:ascii="Times New Roman" w:eastAsia="Times New Roman" w:hAnsi="Times New Roman" w:cs="Times New Roman"/>
          <w:sz w:val="36"/>
        </w:rPr>
        <w:t>[Your full name]</w:t>
      </w:r>
    </w:p>
    <w:p w14:paraId="37FBF2DB" w14:textId="77777777" w:rsidR="00B93EAB" w:rsidRDefault="00000000">
      <w:pPr>
        <w:jc w:val="center"/>
      </w:pPr>
      <w:r>
        <w:rPr>
          <w:rFonts w:eastAsia="Times New Roman" w:cs="Times New Roman"/>
        </w:rPr>
        <w:t>[City, Country] | [Phone] | [Professional email]</w:t>
      </w:r>
    </w:p>
    <w:p w14:paraId="57A092A0" w14:textId="77777777" w:rsidR="00B93EAB" w:rsidRDefault="00000000">
      <w:pPr>
        <w:jc w:val="center"/>
      </w:pPr>
      <w:r>
        <w:rPr>
          <w:rFonts w:eastAsia="Times New Roman" w:cs="Times New Roman"/>
        </w:rPr>
        <w:t>[LinkedIn URL] | [Portfolio, GitHub or research profile URL]</w:t>
      </w:r>
    </w:p>
    <w:p w14:paraId="4625E083" w14:textId="77777777" w:rsidR="00B93EAB" w:rsidRDefault="00000000">
      <w:pPr>
        <w:pStyle w:val="Heading1"/>
        <w:pBdr>
          <w:bottom w:val="single" w:sz="4" w:space="1" w:color="000000"/>
        </w:pBdr>
        <w:spacing w:before="200" w:after="60"/>
      </w:pPr>
      <w:r>
        <w:rPr>
          <w:rFonts w:ascii="Times New Roman" w:hAnsi="Times New Roman"/>
        </w:rPr>
        <w:t>EDUCATION</w:t>
      </w:r>
    </w:p>
    <w:p w14:paraId="3622DA02" w14:textId="77777777" w:rsidR="00B93EAB" w:rsidRDefault="00000000">
      <w:r>
        <w:rPr>
          <w:rFonts w:eastAsia="Times New Roman" w:cs="Times New Roman"/>
          <w:b/>
        </w:rPr>
        <w:t>[Highest or current degree in Field] | [University name]</w:t>
      </w:r>
    </w:p>
    <w:p w14:paraId="72123F16" w14:textId="77777777" w:rsidR="00B93EAB" w:rsidRDefault="00000000">
      <w:r>
        <w:rPr>
          <w:rFonts w:eastAsia="Times New Roman" w:cs="Times New Roman"/>
        </w:rPr>
        <w:t>[City, Country] | [Month year to Month year or Expected month year]</w:t>
      </w:r>
    </w:p>
    <w:p w14:paraId="6549810B" w14:textId="6BE02927" w:rsidR="00B93EAB" w:rsidRDefault="00000000">
      <w:r>
        <w:rPr>
          <w:rFonts w:eastAsia="Times New Roman" w:cs="Times New Roman"/>
        </w:rPr>
        <w:t xml:space="preserve"> </w:t>
      </w:r>
      <w:proofErr w:type="gramStart"/>
      <w:r>
        <w:rPr>
          <w:rFonts w:eastAsia="Times New Roman" w:cs="Times New Roman"/>
        </w:rPr>
        <w:t>[ GPA</w:t>
      </w:r>
      <w:proofErr w:type="gramEnd"/>
      <w:r>
        <w:rPr>
          <w:rFonts w:eastAsia="Times New Roman" w:cs="Times New Roman"/>
        </w:rPr>
        <w:t xml:space="preserve"> and scale]</w:t>
      </w:r>
    </w:p>
    <w:p w14:paraId="4FE8793B" w14:textId="77777777" w:rsidR="00B93EAB" w:rsidRDefault="00000000">
      <w:r>
        <w:rPr>
          <w:rFonts w:eastAsia="Times New Roman" w:cs="Times New Roman"/>
          <w:b/>
        </w:rPr>
        <w:t>[Previous degree in Field] | [University name]</w:t>
      </w:r>
    </w:p>
    <w:p w14:paraId="247FBE67" w14:textId="77777777" w:rsidR="00B93EAB" w:rsidRDefault="00000000">
      <w:r>
        <w:rPr>
          <w:rFonts w:eastAsia="Times New Roman" w:cs="Times New Roman"/>
        </w:rPr>
        <w:t>[City, Country] | [Month year to Month year or Expected month year]</w:t>
      </w:r>
    </w:p>
    <w:p w14:paraId="5C9AF8A0" w14:textId="1A12C215" w:rsidR="00B93EAB" w:rsidRDefault="00000000">
      <w:proofErr w:type="gramStart"/>
      <w:r>
        <w:rPr>
          <w:rFonts w:eastAsia="Times New Roman" w:cs="Times New Roman"/>
        </w:rPr>
        <w:t>[ GPA</w:t>
      </w:r>
      <w:proofErr w:type="gramEnd"/>
      <w:r>
        <w:rPr>
          <w:rFonts w:eastAsia="Times New Roman" w:cs="Times New Roman"/>
        </w:rPr>
        <w:t xml:space="preserve"> and scale]</w:t>
      </w:r>
    </w:p>
    <w:p w14:paraId="40410C42" w14:textId="77777777" w:rsidR="00B93EAB" w:rsidRDefault="00000000">
      <w:pPr>
        <w:pStyle w:val="Heading1"/>
        <w:pBdr>
          <w:bottom w:val="single" w:sz="4" w:space="1" w:color="000000"/>
        </w:pBdr>
        <w:spacing w:before="200" w:after="60"/>
      </w:pPr>
      <w:r>
        <w:rPr>
          <w:rFonts w:ascii="Times New Roman" w:hAnsi="Times New Roman"/>
        </w:rPr>
        <w:t>RESEARCH INTERESTS</w:t>
      </w:r>
    </w:p>
    <w:p w14:paraId="1A801CAA" w14:textId="77777777" w:rsidR="00B93EAB" w:rsidRDefault="00000000">
      <w:r>
        <w:rPr>
          <w:rFonts w:eastAsia="Times New Roman" w:cs="Times New Roman"/>
        </w:rPr>
        <w:t>[Research area one]; [research area two]; [research area three]</w:t>
      </w:r>
    </w:p>
    <w:p w14:paraId="3FD873AF" w14:textId="77777777" w:rsidR="00B93EAB" w:rsidRDefault="00000000">
      <w:pPr>
        <w:pStyle w:val="Heading1"/>
        <w:pBdr>
          <w:bottom w:val="single" w:sz="4" w:space="1" w:color="000000"/>
        </w:pBdr>
        <w:spacing w:before="200" w:after="60"/>
      </w:pPr>
      <w:r>
        <w:rPr>
          <w:rFonts w:ascii="Times New Roman" w:hAnsi="Times New Roman"/>
        </w:rPr>
        <w:t>RESEARCH EXPERIENCE</w:t>
      </w:r>
    </w:p>
    <w:p w14:paraId="6DDAD6D0" w14:textId="77777777" w:rsidR="00B93EAB" w:rsidRDefault="00000000">
      <w:r>
        <w:rPr>
          <w:rFonts w:eastAsia="Times New Roman" w:cs="Times New Roman"/>
          <w:b/>
        </w:rPr>
        <w:t>[Research role] | [Lab, department or institution]</w:t>
      </w:r>
    </w:p>
    <w:p w14:paraId="7F6FEC62" w14:textId="77777777" w:rsidR="00B93EAB" w:rsidRDefault="00000000">
      <w:r>
        <w:rPr>
          <w:rFonts w:eastAsia="Times New Roman" w:cs="Times New Roman"/>
        </w:rPr>
        <w:t>[City, Country] | [Month year to Month year or Present]</w:t>
      </w:r>
    </w:p>
    <w:p w14:paraId="03CC7181" w14:textId="77777777" w:rsidR="00B93EAB" w:rsidRDefault="00000000">
      <w:pPr>
        <w:pStyle w:val="ListBullet"/>
      </w:pPr>
      <w:r>
        <w:rPr>
          <w:rFonts w:eastAsia="Times New Roman" w:cs="Times New Roman"/>
        </w:rPr>
        <w:t>[State the research question and your specific contribution.]</w:t>
      </w:r>
    </w:p>
    <w:p w14:paraId="552B05C1" w14:textId="77777777" w:rsidR="00B93EAB" w:rsidRDefault="00000000">
      <w:pPr>
        <w:pStyle w:val="ListBullet"/>
      </w:pPr>
      <w:r>
        <w:rPr>
          <w:rFonts w:eastAsia="Times New Roman" w:cs="Times New Roman"/>
        </w:rPr>
        <w:t>[Describe the methods, data or tools used and a finding or output.]</w:t>
      </w:r>
    </w:p>
    <w:p w14:paraId="6E88972D" w14:textId="77777777" w:rsidR="00B93EAB" w:rsidRDefault="00000000">
      <w:r>
        <w:rPr>
          <w:rFonts w:eastAsia="Times New Roman" w:cs="Times New Roman"/>
          <w:b/>
        </w:rPr>
        <w:t>[Research role] | [Lab, department or institution]</w:t>
      </w:r>
    </w:p>
    <w:p w14:paraId="091C7FEE" w14:textId="77777777" w:rsidR="00B93EAB" w:rsidRDefault="00000000">
      <w:r>
        <w:rPr>
          <w:rFonts w:eastAsia="Times New Roman" w:cs="Times New Roman"/>
        </w:rPr>
        <w:t>[City, Country] | [Month year to Month year or Present]</w:t>
      </w:r>
    </w:p>
    <w:p w14:paraId="25647433" w14:textId="77777777" w:rsidR="00B93EAB" w:rsidRDefault="00000000">
      <w:pPr>
        <w:pStyle w:val="ListBullet"/>
      </w:pPr>
      <w:r>
        <w:rPr>
          <w:rFonts w:eastAsia="Times New Roman" w:cs="Times New Roman"/>
        </w:rPr>
        <w:t>[State the research question and your specific contribution.]</w:t>
      </w:r>
    </w:p>
    <w:p w14:paraId="19CA9ED9" w14:textId="77777777" w:rsidR="00B93EAB" w:rsidRDefault="00000000">
      <w:pPr>
        <w:pStyle w:val="ListBullet"/>
      </w:pPr>
      <w:r>
        <w:rPr>
          <w:rFonts w:eastAsia="Times New Roman" w:cs="Times New Roman"/>
        </w:rPr>
        <w:t>[Describe the methods, data or tools used and a finding or output.]</w:t>
      </w:r>
    </w:p>
    <w:p w14:paraId="0D3CA7E7" w14:textId="77777777" w:rsidR="00B93EAB" w:rsidRDefault="00000000">
      <w:pPr>
        <w:pStyle w:val="Heading1"/>
        <w:pBdr>
          <w:bottom w:val="single" w:sz="4" w:space="1" w:color="000000"/>
        </w:pBdr>
        <w:spacing w:before="200" w:after="60"/>
      </w:pPr>
      <w:r>
        <w:rPr>
          <w:rFonts w:ascii="Times New Roman" w:hAnsi="Times New Roman"/>
        </w:rPr>
        <w:t>PUBLICATIONS</w:t>
      </w:r>
    </w:p>
    <w:p w14:paraId="6B01FDD1" w14:textId="77777777" w:rsidR="00B93EAB" w:rsidRDefault="00000000">
      <w:r>
        <w:rPr>
          <w:rFonts w:eastAsia="Times New Roman" w:cs="Times New Roman"/>
        </w:rPr>
        <w:t>[Authors in publication order]. ([Year]). [Article title]. [Journal or conference], [volume(issue)], [pages or article number]. [DOI or URL].</w:t>
      </w:r>
    </w:p>
    <w:p w14:paraId="46731DE8" w14:textId="77777777" w:rsidR="00B93EAB" w:rsidRDefault="00000000">
      <w:r>
        <w:rPr>
          <w:rFonts w:eastAsia="Times New Roman" w:cs="Times New Roman"/>
        </w:rPr>
        <w:t>[Authors]. ([Year]). [Manuscript title]. [Accurate status, such as preprint, under review or accepted]. [Repository or journal, where applicable].</w:t>
      </w:r>
    </w:p>
    <w:p w14:paraId="494F252C" w14:textId="77777777" w:rsidR="00B93EAB" w:rsidRDefault="00000000">
      <w:pPr>
        <w:pStyle w:val="Heading1"/>
        <w:pBdr>
          <w:bottom w:val="single" w:sz="4" w:space="1" w:color="000000"/>
        </w:pBdr>
        <w:spacing w:before="200" w:after="60"/>
      </w:pPr>
      <w:r>
        <w:rPr>
          <w:rFonts w:ascii="Times New Roman" w:hAnsi="Times New Roman"/>
        </w:rPr>
        <w:t>PRESENTATIONS AND POSTERS</w:t>
      </w:r>
    </w:p>
    <w:p w14:paraId="7C51E54B" w14:textId="77777777" w:rsidR="00B93EAB" w:rsidRDefault="00000000">
      <w:r>
        <w:rPr>
          <w:rFonts w:eastAsia="Times New Roman" w:cs="Times New Roman"/>
        </w:rPr>
        <w:t>[Authors or presenter]. ([Month year]). [Presentation title] [Oral presentation or poster]. [Conference or event], [City, Country].</w:t>
      </w:r>
    </w:p>
    <w:p w14:paraId="6CD6660E" w14:textId="77777777" w:rsidR="00B93EAB" w:rsidRDefault="00000000">
      <w:pPr>
        <w:pStyle w:val="Heading1"/>
        <w:pageBreakBefore/>
        <w:pBdr>
          <w:bottom w:val="single" w:sz="4" w:space="1" w:color="000000"/>
        </w:pBdr>
        <w:spacing w:before="200" w:after="60"/>
      </w:pPr>
      <w:r>
        <w:rPr>
          <w:rFonts w:ascii="Times New Roman" w:hAnsi="Times New Roman"/>
        </w:rPr>
        <w:lastRenderedPageBreak/>
        <w:t>TEACHING AND MENTORING</w:t>
      </w:r>
    </w:p>
    <w:p w14:paraId="78161201" w14:textId="77777777" w:rsidR="00B93EAB" w:rsidRDefault="00000000">
      <w:r>
        <w:rPr>
          <w:rFonts w:eastAsia="Times New Roman" w:cs="Times New Roman"/>
          <w:b/>
        </w:rPr>
        <w:t>[Teaching or mentoring role] | [Institution]</w:t>
      </w:r>
    </w:p>
    <w:p w14:paraId="01BDB85D" w14:textId="77777777" w:rsidR="00B93EAB" w:rsidRDefault="00000000">
      <w:r>
        <w:rPr>
          <w:rFonts w:eastAsia="Times New Roman" w:cs="Times New Roman"/>
        </w:rPr>
        <w:t>[Course or program] | [Month year to Month year]</w:t>
      </w:r>
    </w:p>
    <w:p w14:paraId="66566EF8" w14:textId="77777777" w:rsidR="00B93EAB" w:rsidRDefault="00000000">
      <w:pPr>
        <w:pStyle w:val="ListBullet"/>
      </w:pPr>
      <w:r>
        <w:rPr>
          <w:rFonts w:eastAsia="Times New Roman" w:cs="Times New Roman"/>
        </w:rPr>
        <w:t>[Describe teaching responsibilities, student group and instructional methods.]</w:t>
      </w:r>
    </w:p>
    <w:p w14:paraId="1CEC203A" w14:textId="77777777" w:rsidR="00B93EAB" w:rsidRDefault="00000000">
      <w:pPr>
        <w:pStyle w:val="ListBullet"/>
      </w:pPr>
      <w:r>
        <w:rPr>
          <w:rFonts w:eastAsia="Times New Roman" w:cs="Times New Roman"/>
        </w:rPr>
        <w:t>[Describe mentoring, assessment or a documented teaching outcome.]</w:t>
      </w:r>
    </w:p>
    <w:p w14:paraId="299D0C6A" w14:textId="77777777" w:rsidR="00B93EAB" w:rsidRDefault="00000000">
      <w:pPr>
        <w:pStyle w:val="Heading1"/>
        <w:pBdr>
          <w:bottom w:val="single" w:sz="4" w:space="1" w:color="000000"/>
        </w:pBdr>
        <w:spacing w:before="200" w:after="60"/>
      </w:pPr>
      <w:r>
        <w:rPr>
          <w:rFonts w:ascii="Times New Roman" w:hAnsi="Times New Roman"/>
        </w:rPr>
        <w:t>PROFESSIONAL EXPERIENCE</w:t>
      </w:r>
    </w:p>
    <w:p w14:paraId="08F212F5" w14:textId="77777777" w:rsidR="00B93EAB" w:rsidRDefault="00000000">
      <w:r>
        <w:rPr>
          <w:b/>
        </w:rPr>
        <w:t>[Position title] | [Organization] | [Dates]</w:t>
      </w:r>
    </w:p>
    <w:p w14:paraId="49CDE951" w14:textId="77777777" w:rsidR="00B93EAB" w:rsidRDefault="00000000">
      <w:pPr>
        <w:pStyle w:val="ListBullet"/>
      </w:pPr>
      <w:r>
        <w:t>[Describe relevant work outside research or teaching and your contribution.]</w:t>
      </w:r>
    </w:p>
    <w:p w14:paraId="7B7C979F" w14:textId="77777777" w:rsidR="00B93EAB" w:rsidRDefault="00000000">
      <w:pPr>
        <w:pStyle w:val="Heading1"/>
        <w:pBdr>
          <w:bottom w:val="single" w:sz="4" w:space="1" w:color="000000"/>
        </w:pBdr>
        <w:spacing w:before="200" w:after="60"/>
      </w:pPr>
      <w:r>
        <w:rPr>
          <w:rFonts w:ascii="Times New Roman" w:hAnsi="Times New Roman"/>
        </w:rPr>
        <w:t>SELECTED ACADEMIC PROJECTS</w:t>
      </w:r>
    </w:p>
    <w:p w14:paraId="75D1AEBC" w14:textId="77777777" w:rsidR="00B93EAB" w:rsidRDefault="00000000">
      <w:r>
        <w:rPr>
          <w:rFonts w:eastAsia="Times New Roman" w:cs="Times New Roman"/>
          <w:b/>
        </w:rPr>
        <w:t>[Project title] | [Institution or course] | [Year]</w:t>
      </w:r>
    </w:p>
    <w:p w14:paraId="08296BCB" w14:textId="77777777" w:rsidR="00B93EAB" w:rsidRDefault="00000000">
      <w:pPr>
        <w:pStyle w:val="ListBullet"/>
      </w:pPr>
      <w:r>
        <w:rPr>
          <w:rFonts w:eastAsia="Times New Roman" w:cs="Times New Roman"/>
        </w:rPr>
        <w:t>[Describe the research problem, methods and your contribution.]</w:t>
      </w:r>
    </w:p>
    <w:p w14:paraId="38190A36" w14:textId="77777777" w:rsidR="00B93EAB" w:rsidRDefault="00000000">
      <w:pPr>
        <w:pStyle w:val="ListBullet"/>
      </w:pPr>
      <w:r>
        <w:rPr>
          <w:rFonts w:eastAsia="Times New Roman" w:cs="Times New Roman"/>
        </w:rPr>
        <w:t>[State the result, deliverable or link to the work.]</w:t>
      </w:r>
    </w:p>
    <w:p w14:paraId="33A98DB0" w14:textId="77777777" w:rsidR="00B93EAB" w:rsidRDefault="00000000">
      <w:pPr>
        <w:pStyle w:val="Heading1"/>
        <w:pBdr>
          <w:bottom w:val="single" w:sz="4" w:space="1" w:color="000000"/>
        </w:pBdr>
        <w:spacing w:before="200" w:after="60"/>
      </w:pPr>
      <w:r>
        <w:rPr>
          <w:rFonts w:ascii="Times New Roman" w:hAnsi="Times New Roman"/>
        </w:rPr>
        <w:t>AWARDS AND FUNDING</w:t>
      </w:r>
    </w:p>
    <w:p w14:paraId="0AAD6B23" w14:textId="77777777" w:rsidR="00B93EAB" w:rsidRDefault="00000000">
      <w:r>
        <w:rPr>
          <w:rFonts w:eastAsia="Times New Roman" w:cs="Times New Roman"/>
        </w:rPr>
        <w:t>[Award, scholarship or fellowship] | [Awarding institution] | [Year]</w:t>
      </w:r>
    </w:p>
    <w:p w14:paraId="39F3DB28" w14:textId="77777777" w:rsidR="00B93EAB" w:rsidRDefault="00000000">
      <w:r>
        <w:rPr>
          <w:rFonts w:eastAsia="Times New Roman" w:cs="Times New Roman"/>
        </w:rPr>
        <w:t>[Optional: amount, selection basis or supported research activity]</w:t>
      </w:r>
    </w:p>
    <w:p w14:paraId="5B2B6545" w14:textId="77777777" w:rsidR="00B93EAB" w:rsidRDefault="00000000">
      <w:pPr>
        <w:pStyle w:val="Heading1"/>
        <w:pBdr>
          <w:bottom w:val="single" w:sz="4" w:space="1" w:color="000000"/>
        </w:pBdr>
        <w:spacing w:before="200" w:after="60"/>
      </w:pPr>
      <w:r>
        <w:rPr>
          <w:rFonts w:ascii="Times New Roman" w:hAnsi="Times New Roman"/>
        </w:rPr>
        <w:t>LEADERSHIP AND SERVICE</w:t>
      </w:r>
    </w:p>
    <w:p w14:paraId="2AD8FCCE" w14:textId="77777777" w:rsidR="00B93EAB" w:rsidRDefault="00000000">
      <w:r>
        <w:rPr>
          <w:rFonts w:eastAsia="Times New Roman" w:cs="Times New Roman"/>
          <w:b/>
        </w:rPr>
        <w:t>[Role] | [Organization] | [Month year to Month year]</w:t>
      </w:r>
    </w:p>
    <w:p w14:paraId="61674486" w14:textId="77777777" w:rsidR="00B93EAB" w:rsidRDefault="00000000">
      <w:pPr>
        <w:pStyle w:val="ListBullet"/>
      </w:pPr>
      <w:r>
        <w:rPr>
          <w:rFonts w:eastAsia="Times New Roman" w:cs="Times New Roman"/>
        </w:rPr>
        <w:t>[Describe your service, reviewing, outreach or leadership contribution.]</w:t>
      </w:r>
    </w:p>
    <w:p w14:paraId="51BCB2C7" w14:textId="77777777" w:rsidR="00B93EAB" w:rsidRDefault="00000000">
      <w:pPr>
        <w:pStyle w:val="Heading1"/>
        <w:pBdr>
          <w:bottom w:val="single" w:sz="4" w:space="1" w:color="000000"/>
        </w:pBdr>
        <w:spacing w:before="200" w:after="60"/>
      </w:pPr>
      <w:r>
        <w:rPr>
          <w:rFonts w:ascii="Times New Roman" w:hAnsi="Times New Roman"/>
        </w:rPr>
        <w:t>SKILLS</w:t>
      </w:r>
    </w:p>
    <w:p w14:paraId="4F235DED" w14:textId="77777777" w:rsidR="00B93EAB" w:rsidRDefault="00000000">
      <w:r>
        <w:rPr>
          <w:rFonts w:eastAsia="Times New Roman" w:cs="Times New Roman"/>
        </w:rPr>
        <w:t>Research methods: [Methods relevant to your field]</w:t>
      </w:r>
    </w:p>
    <w:p w14:paraId="1AD71A93" w14:textId="77777777" w:rsidR="00B93EAB" w:rsidRDefault="00000000">
      <w:r>
        <w:rPr>
          <w:rFonts w:eastAsia="Times New Roman" w:cs="Times New Roman"/>
        </w:rPr>
        <w:t>Technical tools: [Software, programming languages or laboratory techniques]</w:t>
      </w:r>
    </w:p>
    <w:p w14:paraId="49234C33" w14:textId="77777777" w:rsidR="00B93EAB" w:rsidRDefault="00000000">
      <w:r>
        <w:rPr>
          <w:rFonts w:eastAsia="Times New Roman" w:cs="Times New Roman"/>
        </w:rPr>
        <w:t>Languages: [Language and proficiency level]</w:t>
      </w:r>
    </w:p>
    <w:p w14:paraId="6A2F0F5A" w14:textId="77777777" w:rsidR="00B93EAB" w:rsidRDefault="00000000">
      <w:pPr>
        <w:pStyle w:val="Heading1"/>
        <w:pBdr>
          <w:bottom w:val="single" w:sz="4" w:space="1" w:color="000000"/>
        </w:pBdr>
        <w:spacing w:before="200" w:after="60"/>
      </w:pPr>
      <w:r>
        <w:rPr>
          <w:rFonts w:ascii="Times New Roman" w:hAnsi="Times New Roman"/>
        </w:rPr>
        <w:t>CERTIFICATIONS AND PROFESSIONAL DEVELOPMENT</w:t>
      </w:r>
    </w:p>
    <w:p w14:paraId="2A6CCCD5" w14:textId="77777777" w:rsidR="00B93EAB" w:rsidRDefault="00000000">
      <w:r>
        <w:rPr>
          <w:rFonts w:eastAsia="Times New Roman" w:cs="Times New Roman"/>
        </w:rPr>
        <w:t>[Certification or training] | [Provider] | [Year]</w:t>
      </w:r>
    </w:p>
    <w:p w14:paraId="2AFAD8C1" w14:textId="77777777" w:rsidR="00B93EAB" w:rsidRDefault="00000000">
      <w:pPr>
        <w:pStyle w:val="Heading1"/>
        <w:pBdr>
          <w:bottom w:val="single" w:sz="4" w:space="1" w:color="000000"/>
        </w:pBdr>
        <w:spacing w:before="200" w:after="60"/>
      </w:pPr>
      <w:r>
        <w:rPr>
          <w:rFonts w:ascii="Times New Roman" w:hAnsi="Times New Roman"/>
        </w:rPr>
        <w:t>PROFESSIONAL MEMBERSHIPS</w:t>
      </w:r>
    </w:p>
    <w:p w14:paraId="745A21A0" w14:textId="77777777" w:rsidR="00B93EAB" w:rsidRDefault="00000000">
      <w:r>
        <w:rPr>
          <w:rFonts w:eastAsia="Times New Roman" w:cs="Times New Roman"/>
        </w:rPr>
        <w:t>[Professional association] | [Membership type, if relevant] | [Years]</w:t>
      </w:r>
    </w:p>
    <w:p w14:paraId="03457502" w14:textId="1188DCF9" w:rsidR="00B93EAB" w:rsidRDefault="00B93EAB"/>
    <w:sectPr w:rsidR="00B93EAB" w:rsidSect="00034616">
      <w:headerReference w:type="default" r:id="rId8"/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26F73" w14:textId="77777777" w:rsidR="00F72DF7" w:rsidRDefault="00F72DF7">
      <w:pPr>
        <w:spacing w:after="0" w:line="240" w:lineRule="auto"/>
      </w:pPr>
      <w:r>
        <w:separator/>
      </w:r>
    </w:p>
  </w:endnote>
  <w:endnote w:type="continuationSeparator" w:id="0">
    <w:p w14:paraId="3EB68754" w14:textId="77777777" w:rsidR="00F72DF7" w:rsidRDefault="00F72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407E1" w14:textId="77777777" w:rsidR="00B93EAB" w:rsidRDefault="00B93EA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A26D0" w14:textId="77777777" w:rsidR="00F72DF7" w:rsidRDefault="00F72DF7">
      <w:pPr>
        <w:spacing w:after="0" w:line="240" w:lineRule="auto"/>
      </w:pPr>
      <w:r>
        <w:separator/>
      </w:r>
    </w:p>
  </w:footnote>
  <w:footnote w:type="continuationSeparator" w:id="0">
    <w:p w14:paraId="2CAD2725" w14:textId="77777777" w:rsidR="00F72DF7" w:rsidRDefault="00F72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E7C12" w14:textId="77777777" w:rsidR="00B93EAB" w:rsidRDefault="00B93E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0595029">
    <w:abstractNumId w:val="8"/>
  </w:num>
  <w:num w:numId="2" w16cid:durableId="1430613657">
    <w:abstractNumId w:val="6"/>
  </w:num>
  <w:num w:numId="3" w16cid:durableId="1867137195">
    <w:abstractNumId w:val="5"/>
  </w:num>
  <w:num w:numId="4" w16cid:durableId="2058507108">
    <w:abstractNumId w:val="4"/>
  </w:num>
  <w:num w:numId="5" w16cid:durableId="2014795594">
    <w:abstractNumId w:val="7"/>
  </w:num>
  <w:num w:numId="6" w16cid:durableId="1133016443">
    <w:abstractNumId w:val="3"/>
  </w:num>
  <w:num w:numId="7" w16cid:durableId="1909923017">
    <w:abstractNumId w:val="2"/>
  </w:num>
  <w:num w:numId="8" w16cid:durableId="1417826464">
    <w:abstractNumId w:val="1"/>
  </w:num>
  <w:num w:numId="9" w16cid:durableId="1479690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25D7"/>
    <w:rsid w:val="0015074B"/>
    <w:rsid w:val="002375F8"/>
    <w:rsid w:val="0029639D"/>
    <w:rsid w:val="00326F90"/>
    <w:rsid w:val="006A41B7"/>
    <w:rsid w:val="009A7658"/>
    <w:rsid w:val="00AA1D8D"/>
    <w:rsid w:val="00B47730"/>
    <w:rsid w:val="00B93EAB"/>
    <w:rsid w:val="00CB0664"/>
    <w:rsid w:val="00F72D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216D24"/>
  <w14:defaultImageDpi w14:val="300"/>
  <w15:docId w15:val="{2C25D9B8-7652-4F5F-BA3B-13CA4C41D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CV template</dc:title>
  <dc:subject>Editable application template</dc:subject>
  <dc:creator>Sekyiwaa's Space</dc:creator>
  <cp:keywords/>
  <dc:description>generated by python-docx</dc:description>
  <cp:lastModifiedBy>Akua Osei-Nkwantabisa</cp:lastModifiedBy>
  <cp:revision>4</cp:revision>
  <dcterms:created xsi:type="dcterms:W3CDTF">2013-12-23T23:15:00Z</dcterms:created>
  <dcterms:modified xsi:type="dcterms:W3CDTF">2026-10-26T01:54:00Z</dcterms:modified>
  <cp:category/>
</cp:coreProperties>
</file>