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74F8" w14:textId="77777777" w:rsidR="00543204" w:rsidRDefault="00000000">
      <w:pPr>
        <w:pStyle w:val="Title"/>
        <w:spacing w:after="60"/>
        <w:jc w:val="center"/>
      </w:pPr>
      <w:r>
        <w:rPr>
          <w:rFonts w:ascii="Times New Roman" w:eastAsia="Times New Roman" w:hAnsi="Times New Roman" w:cs="Times New Roman"/>
          <w:sz w:val="36"/>
        </w:rPr>
        <w:t>[Your full name]</w:t>
      </w:r>
    </w:p>
    <w:p w14:paraId="19444ED3" w14:textId="77777777" w:rsidR="00543204" w:rsidRDefault="00000000">
      <w:pPr>
        <w:jc w:val="center"/>
      </w:pPr>
      <w:r>
        <w:rPr>
          <w:rFonts w:eastAsia="Times New Roman" w:cs="Times New Roman"/>
        </w:rPr>
        <w:t>[City, Country] | [Phone] | [Professional email]</w:t>
      </w:r>
    </w:p>
    <w:p w14:paraId="6C90AA86" w14:textId="77777777" w:rsidR="00543204" w:rsidRDefault="00000000">
      <w:pPr>
        <w:jc w:val="center"/>
      </w:pPr>
      <w:r>
        <w:rPr>
          <w:rFonts w:eastAsia="Times New Roman" w:cs="Times New Roman"/>
        </w:rPr>
        <w:t>[LinkedIn URL] | [Portfolio, GitHub or research profile URL]</w:t>
      </w:r>
    </w:p>
    <w:p w14:paraId="011D127B" w14:textId="77777777" w:rsidR="00543204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EDUCATION</w:t>
      </w:r>
    </w:p>
    <w:p w14:paraId="535A983A" w14:textId="77777777" w:rsidR="00543204" w:rsidRDefault="00000000">
      <w:r>
        <w:rPr>
          <w:rFonts w:eastAsia="Times New Roman" w:cs="Times New Roman"/>
          <w:b/>
        </w:rPr>
        <w:t>[Degree in Field] | [University name]</w:t>
      </w:r>
    </w:p>
    <w:p w14:paraId="558ED4F8" w14:textId="77777777" w:rsidR="00543204" w:rsidRDefault="00000000">
      <w:r>
        <w:rPr>
          <w:rFonts w:eastAsia="Times New Roman" w:cs="Times New Roman"/>
        </w:rPr>
        <w:t>[City, Country] | [Graduation month year or Expected month year]</w:t>
      </w:r>
    </w:p>
    <w:p w14:paraId="638D029C" w14:textId="66D4DBAC" w:rsidR="00543204" w:rsidRDefault="00000000">
      <w:r>
        <w:rPr>
          <w:rFonts w:eastAsia="Times New Roman" w:cs="Times New Roman"/>
        </w:rPr>
        <w:t>[ GPA and scale, relevant coursework or academic distinction]</w:t>
      </w:r>
    </w:p>
    <w:p w14:paraId="33AA16AE" w14:textId="77777777" w:rsidR="00543204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RELEVANT EXPERIENCE</w:t>
      </w:r>
    </w:p>
    <w:p w14:paraId="1F34DC4B" w14:textId="77777777" w:rsidR="00543204" w:rsidRDefault="00000000">
      <w:r>
        <w:rPr>
          <w:rFonts w:eastAsia="Times New Roman" w:cs="Times New Roman"/>
          <w:b/>
        </w:rPr>
        <w:t>[Job title] | [Organization]</w:t>
      </w:r>
    </w:p>
    <w:p w14:paraId="49F3DCDF" w14:textId="77777777" w:rsidR="00543204" w:rsidRDefault="00000000">
      <w:r>
        <w:rPr>
          <w:rFonts w:eastAsia="Times New Roman" w:cs="Times New Roman"/>
        </w:rPr>
        <w:t>[City, Country or Remote] | [Month year to Month year or Present]</w:t>
      </w:r>
    </w:p>
    <w:p w14:paraId="2B6D369F" w14:textId="77777777" w:rsidR="00543204" w:rsidRDefault="00000000">
      <w:pPr>
        <w:pStyle w:val="ListBullet"/>
      </w:pPr>
      <w:r>
        <w:rPr>
          <w:rFonts w:eastAsia="Times New Roman" w:cs="Times New Roman"/>
        </w:rPr>
        <w:t>[Action verb] [task or problem] using [method or tool], resulting in [specific outcome].</w:t>
      </w:r>
    </w:p>
    <w:p w14:paraId="17D542E9" w14:textId="77777777" w:rsidR="00543204" w:rsidRDefault="00000000">
      <w:pPr>
        <w:pStyle w:val="ListBullet"/>
      </w:pPr>
      <w:r>
        <w:rPr>
          <w:rFonts w:eastAsia="Times New Roman" w:cs="Times New Roman"/>
        </w:rPr>
        <w:t>[Describe your contribution, its scope and a measurable result if available.]</w:t>
      </w:r>
    </w:p>
    <w:p w14:paraId="6B74B39E" w14:textId="77777777" w:rsidR="00543204" w:rsidRDefault="00000000">
      <w:r>
        <w:rPr>
          <w:rFonts w:eastAsia="Times New Roman" w:cs="Times New Roman"/>
          <w:b/>
        </w:rPr>
        <w:t>[Job title] | [Organization]</w:t>
      </w:r>
    </w:p>
    <w:p w14:paraId="771B9F78" w14:textId="77777777" w:rsidR="00543204" w:rsidRDefault="00000000">
      <w:r>
        <w:rPr>
          <w:rFonts w:eastAsia="Times New Roman" w:cs="Times New Roman"/>
        </w:rPr>
        <w:t>[City, Country or Remote] | [Month year to Month year or Present]</w:t>
      </w:r>
    </w:p>
    <w:p w14:paraId="79C1AE29" w14:textId="77777777" w:rsidR="00543204" w:rsidRDefault="00000000">
      <w:pPr>
        <w:pStyle w:val="ListBullet"/>
      </w:pPr>
      <w:r>
        <w:rPr>
          <w:rFonts w:eastAsia="Times New Roman" w:cs="Times New Roman"/>
        </w:rPr>
        <w:t>[Action verb] [task or problem] using [method or tool], resulting in [specific outcome].</w:t>
      </w:r>
    </w:p>
    <w:p w14:paraId="16434692" w14:textId="77777777" w:rsidR="00543204" w:rsidRDefault="00000000">
      <w:pPr>
        <w:pStyle w:val="ListBullet"/>
      </w:pPr>
      <w:r>
        <w:rPr>
          <w:rFonts w:eastAsia="Times New Roman" w:cs="Times New Roman"/>
        </w:rPr>
        <w:t>[Describe your contribution, its scope and a measurable result if available.]</w:t>
      </w:r>
    </w:p>
    <w:p w14:paraId="2DF70344" w14:textId="77777777" w:rsidR="00543204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SELECTED PROJECTS</w:t>
      </w:r>
    </w:p>
    <w:p w14:paraId="78451254" w14:textId="77777777" w:rsidR="00543204" w:rsidRDefault="00000000">
      <w:r>
        <w:rPr>
          <w:rFonts w:eastAsia="Times New Roman" w:cs="Times New Roman"/>
          <w:b/>
        </w:rPr>
        <w:t>[Project name] | [Tools or methods] | [Project link]</w:t>
      </w:r>
    </w:p>
    <w:p w14:paraId="0CDD1D6D" w14:textId="77777777" w:rsidR="00543204" w:rsidRDefault="00000000">
      <w:pPr>
        <w:pStyle w:val="ListBullet"/>
      </w:pPr>
      <w:r>
        <w:rPr>
          <w:rFonts w:eastAsia="Times New Roman" w:cs="Times New Roman"/>
        </w:rPr>
        <w:t>[Explain what you built, studied or delivered and the problem it addressed.]</w:t>
      </w:r>
    </w:p>
    <w:p w14:paraId="19BE8A49" w14:textId="77777777" w:rsidR="00543204" w:rsidRDefault="00000000">
      <w:pPr>
        <w:pStyle w:val="ListBullet"/>
      </w:pPr>
      <w:r>
        <w:rPr>
          <w:rFonts w:eastAsia="Times New Roman" w:cs="Times New Roman"/>
        </w:rPr>
        <w:t>[Describe your approach and a verified result or finding.]</w:t>
      </w:r>
    </w:p>
    <w:p w14:paraId="3DCBC206" w14:textId="77777777" w:rsidR="00543204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SKILLS</w:t>
      </w:r>
    </w:p>
    <w:p w14:paraId="4CDF402A" w14:textId="77777777" w:rsidR="00543204" w:rsidRDefault="00000000">
      <w:r>
        <w:rPr>
          <w:rFonts w:eastAsia="Times New Roman" w:cs="Times New Roman"/>
        </w:rPr>
        <w:t>[Skill category]: [Relevant skills, tools or methods]</w:t>
      </w:r>
    </w:p>
    <w:p w14:paraId="2BAD58E3" w14:textId="77777777" w:rsidR="00543204" w:rsidRDefault="00000000">
      <w:r>
        <w:rPr>
          <w:rFonts w:eastAsia="Times New Roman" w:cs="Times New Roman"/>
        </w:rPr>
        <w:t>[Skill category]: [Relevant skills, tools or languages]</w:t>
      </w:r>
    </w:p>
    <w:p w14:paraId="3437B6D6" w14:textId="77777777" w:rsidR="00543204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CERTIFICATIONS</w:t>
      </w:r>
    </w:p>
    <w:p w14:paraId="586DF653" w14:textId="77777777" w:rsidR="00543204" w:rsidRDefault="00000000">
      <w:r>
        <w:t>[Relevant certification] | [Issuing organization] | [Year]</w:t>
      </w:r>
    </w:p>
    <w:p w14:paraId="0D8FAC0A" w14:textId="77777777" w:rsidR="00543204" w:rsidRDefault="00000000">
      <w:pPr>
        <w:pStyle w:val="Heading1"/>
        <w:pBdr>
          <w:bottom w:val="single" w:sz="4" w:space="1" w:color="000000"/>
        </w:pBdr>
        <w:spacing w:before="200" w:after="60"/>
      </w:pPr>
      <w:r>
        <w:rPr>
          <w:rFonts w:ascii="Times New Roman" w:hAnsi="Times New Roman"/>
        </w:rPr>
        <w:t>LEADERSHIP AND AWARDS</w:t>
      </w:r>
    </w:p>
    <w:p w14:paraId="5BC7C5F6" w14:textId="77777777" w:rsidR="00543204" w:rsidRDefault="00000000">
      <w:r>
        <w:rPr>
          <w:rFonts w:eastAsia="Times New Roman" w:cs="Times New Roman"/>
        </w:rPr>
        <w:t>[Role or award] | [Organization] | [Year]</w:t>
      </w:r>
    </w:p>
    <w:p w14:paraId="1A024F67" w14:textId="77777777" w:rsidR="00543204" w:rsidRDefault="00000000">
      <w:pPr>
        <w:pStyle w:val="ListBullet"/>
      </w:pPr>
      <w:r>
        <w:rPr>
          <w:rFonts w:eastAsia="Times New Roman" w:cs="Times New Roman"/>
        </w:rPr>
        <w:t>[Describe your contribution or the basis for the recognition.]</w:t>
      </w:r>
    </w:p>
    <w:sectPr w:rsidR="00543204" w:rsidSect="00034616">
      <w:headerReference w:type="default" r:id="rId8"/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C5ED9" w14:textId="77777777" w:rsidR="00195876" w:rsidRDefault="00195876">
      <w:pPr>
        <w:spacing w:after="0" w:line="240" w:lineRule="auto"/>
      </w:pPr>
      <w:r>
        <w:separator/>
      </w:r>
    </w:p>
  </w:endnote>
  <w:endnote w:type="continuationSeparator" w:id="0">
    <w:p w14:paraId="0640998E" w14:textId="77777777" w:rsidR="00195876" w:rsidRDefault="00195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60422" w14:textId="77777777" w:rsidR="00543204" w:rsidRDefault="0054320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B1903" w14:textId="77777777" w:rsidR="00195876" w:rsidRDefault="00195876">
      <w:pPr>
        <w:spacing w:after="0" w:line="240" w:lineRule="auto"/>
      </w:pPr>
      <w:r>
        <w:separator/>
      </w:r>
    </w:p>
  </w:footnote>
  <w:footnote w:type="continuationSeparator" w:id="0">
    <w:p w14:paraId="5E857C2A" w14:textId="77777777" w:rsidR="00195876" w:rsidRDefault="00195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7809" w14:textId="77777777" w:rsidR="00543204" w:rsidRDefault="00543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1714486">
    <w:abstractNumId w:val="8"/>
  </w:num>
  <w:num w:numId="2" w16cid:durableId="1051423283">
    <w:abstractNumId w:val="6"/>
  </w:num>
  <w:num w:numId="3" w16cid:durableId="649672357">
    <w:abstractNumId w:val="5"/>
  </w:num>
  <w:num w:numId="4" w16cid:durableId="758136538">
    <w:abstractNumId w:val="4"/>
  </w:num>
  <w:num w:numId="5" w16cid:durableId="1370883399">
    <w:abstractNumId w:val="7"/>
  </w:num>
  <w:num w:numId="6" w16cid:durableId="1120488090">
    <w:abstractNumId w:val="3"/>
  </w:num>
  <w:num w:numId="7" w16cid:durableId="785662285">
    <w:abstractNumId w:val="2"/>
  </w:num>
  <w:num w:numId="8" w16cid:durableId="407730497">
    <w:abstractNumId w:val="1"/>
  </w:num>
  <w:num w:numId="9" w16cid:durableId="21084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876"/>
    <w:rsid w:val="002375F8"/>
    <w:rsid w:val="0029639D"/>
    <w:rsid w:val="00315722"/>
    <w:rsid w:val="00326F90"/>
    <w:rsid w:val="0054320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CFF0DD"/>
  <w14:defaultImageDpi w14:val="300"/>
  <w15:docId w15:val="{2C25D9B8-7652-4F5F-BA3B-13CA4C41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</dc:title>
  <dc:subject>Editable application template</dc:subject>
  <dc:creator>Sekyiwaa's Space</dc:creator>
  <cp:keywords/>
  <dc:description>generated by python-docx</dc:description>
  <cp:lastModifiedBy>Akua Osei-Nkwantabisa</cp:lastModifiedBy>
  <cp:revision>2</cp:revision>
  <dcterms:created xsi:type="dcterms:W3CDTF">2013-12-23T23:15:00Z</dcterms:created>
  <dcterms:modified xsi:type="dcterms:W3CDTF">2026-10-26T01:55:00Z</dcterms:modified>
  <cp:category/>
</cp:coreProperties>
</file>